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89810F" w14:textId="77777777" w:rsidR="00B71D9E" w:rsidRDefault="00000000" w:rsidP="00B6694E">
      <w:pPr>
        <w:jc w:val="center"/>
      </w:pPr>
      <w:r>
        <w:rPr>
          <w:b/>
          <w:sz w:val="28"/>
        </w:rPr>
        <w:t>DICHIARAZIONE DI RIMBORSO SPESE</w:t>
      </w:r>
    </w:p>
    <w:p w14:paraId="7E290366" w14:textId="77777777" w:rsidR="00B71D9E" w:rsidRDefault="00000000" w:rsidP="00B6694E">
      <w:pPr>
        <w:jc w:val="center"/>
      </w:pPr>
      <w:r>
        <w:t>(da compilare su carta intestata dell’Ente)</w:t>
      </w:r>
    </w:p>
    <w:p w14:paraId="06744FED" w14:textId="77777777" w:rsidR="00B71D9E" w:rsidRDefault="00000000">
      <w:r>
        <w:t>Luogo ____________, Data ____________</w:t>
      </w:r>
    </w:p>
    <w:p w14:paraId="372AF1EB" w14:textId="77777777" w:rsidR="00B71D9E" w:rsidRDefault="00000000">
      <w:r>
        <w:rPr>
          <w:b/>
        </w:rPr>
        <w:t>OGGETTO: DICHIARAZIONE DI RIMBORSO SPESE</w:t>
      </w:r>
    </w:p>
    <w:p w14:paraId="058F8E67" w14:textId="477DC57E" w:rsidR="00B71D9E" w:rsidRDefault="00000000" w:rsidP="00B6694E">
      <w:pPr>
        <w:jc w:val="both"/>
      </w:pPr>
      <w:r>
        <w:t>Il/La sottoscritto/a __________________________, nato/a a ____________________ il ____________, in qualità di Legale Rappresentante dell’Ente ________________________</w:t>
      </w:r>
      <w:r w:rsidR="00B6694E">
        <w:t>_______________________</w:t>
      </w:r>
      <w:r>
        <w:t>__ (Codice Fiscale ___________________</w:t>
      </w:r>
      <w:r w:rsidR="00B6694E">
        <w:t>__________________________</w:t>
      </w:r>
      <w:r>
        <w:t xml:space="preserve">_), dichiara che le spese sotto indicate sono state sostenute nell’ambito delle attività progettuali, sono pertinenti e coerenti con le finalità del </w:t>
      </w:r>
      <w:proofErr w:type="spellStart"/>
      <w:r w:rsidR="00B6694E">
        <w:t>progetto</w:t>
      </w:r>
      <w:proofErr w:type="spellEnd"/>
      <w:r w:rsidR="00B6694E">
        <w:t xml:space="preserve"> </w:t>
      </w:r>
      <w:proofErr w:type="spellStart"/>
      <w:r w:rsidR="00B6694E">
        <w:t>intitolato</w:t>
      </w:r>
      <w:proofErr w:type="spellEnd"/>
      <w:r w:rsidR="00B6694E">
        <w:t xml:space="preserve"> ____________________________________________________ </w:t>
      </w:r>
    </w:p>
    <w:tbl>
      <w:tblPr>
        <w:tblStyle w:val="Grigliatabella"/>
        <w:tblW w:w="5506" w:type="pct"/>
        <w:tblLook w:val="04A0" w:firstRow="1" w:lastRow="0" w:firstColumn="1" w:lastColumn="0" w:noHBand="0" w:noVBand="1"/>
      </w:tblPr>
      <w:tblGrid>
        <w:gridCol w:w="2093"/>
        <w:gridCol w:w="2268"/>
        <w:gridCol w:w="1948"/>
        <w:gridCol w:w="1049"/>
        <w:gridCol w:w="1130"/>
        <w:gridCol w:w="1264"/>
      </w:tblGrid>
      <w:tr w:rsidR="00B6694E" w14:paraId="05099E03" w14:textId="77777777" w:rsidTr="00B6694E">
        <w:trPr>
          <w:trHeight w:val="1631"/>
        </w:trPr>
        <w:tc>
          <w:tcPr>
            <w:tcW w:w="1073" w:type="pct"/>
          </w:tcPr>
          <w:p w14:paraId="6F56CA93" w14:textId="01131EF7" w:rsidR="00B6694E" w:rsidRDefault="00B6694E">
            <w:proofErr w:type="spellStart"/>
            <w:r>
              <w:t>Nominativo</w:t>
            </w:r>
            <w:proofErr w:type="spellEnd"/>
            <w:r>
              <w:t xml:space="preserve"> di chi ha sostenuto la </w:t>
            </w:r>
            <w:proofErr w:type="spellStart"/>
            <w:r>
              <w:t>spesa</w:t>
            </w:r>
            <w:proofErr w:type="spellEnd"/>
          </w:p>
        </w:tc>
        <w:tc>
          <w:tcPr>
            <w:tcW w:w="1163" w:type="pct"/>
          </w:tcPr>
          <w:p w14:paraId="6FA65C57" w14:textId="69162E8C" w:rsidR="00B6694E" w:rsidRDefault="00B6694E">
            <w:proofErr w:type="spellStart"/>
            <w:r>
              <w:t>Ruolo</w:t>
            </w:r>
            <w:proofErr w:type="spellEnd"/>
            <w:r>
              <w:t xml:space="preserve"> </w:t>
            </w:r>
            <w:proofErr w:type="spellStart"/>
            <w:r>
              <w:t>nelle</w:t>
            </w:r>
            <w:proofErr w:type="spellEnd"/>
            <w:r>
              <w:t xml:space="preserve"> </w:t>
            </w:r>
            <w:proofErr w:type="spellStart"/>
            <w:r>
              <w:t>attività</w:t>
            </w:r>
            <w:proofErr w:type="spellEnd"/>
            <w:r>
              <w:t xml:space="preserve"> </w:t>
            </w:r>
            <w:proofErr w:type="spellStart"/>
            <w:r>
              <w:t>progettuali</w:t>
            </w:r>
            <w:proofErr w:type="spellEnd"/>
            <w:r>
              <w:br/>
              <w:t>(</w:t>
            </w:r>
            <w:proofErr w:type="spellStart"/>
            <w:r>
              <w:t>volontario</w:t>
            </w:r>
            <w:proofErr w:type="spellEnd"/>
            <w:r>
              <w:t xml:space="preserve">, </w:t>
            </w:r>
            <w:proofErr w:type="spellStart"/>
            <w:r>
              <w:t>personale</w:t>
            </w:r>
            <w:proofErr w:type="spellEnd"/>
            <w:r>
              <w:t xml:space="preserve"> </w:t>
            </w:r>
            <w:proofErr w:type="spellStart"/>
            <w:r>
              <w:t>dipendente</w:t>
            </w:r>
            <w:proofErr w:type="spellEnd"/>
            <w:r>
              <w:t xml:space="preserve"> o </w:t>
            </w:r>
            <w:proofErr w:type="spellStart"/>
            <w:r>
              <w:t>personale</w:t>
            </w:r>
            <w:proofErr w:type="spellEnd"/>
            <w:r>
              <w:t xml:space="preserve"> non </w:t>
            </w:r>
            <w:proofErr w:type="spellStart"/>
            <w:r>
              <w:t>dipendente</w:t>
            </w:r>
            <w:proofErr w:type="spellEnd"/>
            <w:r>
              <w:t>)</w:t>
            </w:r>
          </w:p>
        </w:tc>
        <w:tc>
          <w:tcPr>
            <w:tcW w:w="999" w:type="pct"/>
          </w:tcPr>
          <w:p w14:paraId="5C316805" w14:textId="606F6950" w:rsidR="00B6694E" w:rsidRDefault="00B6694E">
            <w:proofErr w:type="spellStart"/>
            <w:r>
              <w:t>Tipologia</w:t>
            </w:r>
            <w:proofErr w:type="spellEnd"/>
            <w:r>
              <w:t xml:space="preserve"> di </w:t>
            </w:r>
            <w:proofErr w:type="spellStart"/>
            <w:r>
              <w:t>spesa</w:t>
            </w:r>
            <w:proofErr w:type="spellEnd"/>
            <w:r>
              <w:br/>
              <w:t>(</w:t>
            </w:r>
            <w:proofErr w:type="spellStart"/>
            <w:r>
              <w:t>vitto</w:t>
            </w:r>
            <w:proofErr w:type="spellEnd"/>
            <w:r>
              <w:t xml:space="preserve">, </w:t>
            </w:r>
            <w:proofErr w:type="spellStart"/>
            <w:r>
              <w:t>alloggio</w:t>
            </w:r>
            <w:proofErr w:type="spellEnd"/>
            <w:r>
              <w:t xml:space="preserve"> o </w:t>
            </w:r>
            <w:proofErr w:type="spellStart"/>
            <w:r>
              <w:t>trasporto</w:t>
            </w:r>
            <w:proofErr w:type="spellEnd"/>
            <w:r>
              <w:t>)</w:t>
            </w:r>
          </w:p>
        </w:tc>
        <w:tc>
          <w:tcPr>
            <w:tcW w:w="538" w:type="pct"/>
          </w:tcPr>
          <w:p w14:paraId="6E706FBD" w14:textId="5733861E" w:rsidR="00B6694E" w:rsidRDefault="00B6694E">
            <w:proofErr w:type="spellStart"/>
            <w:r>
              <w:t>Importo</w:t>
            </w:r>
            <w:proofErr w:type="spellEnd"/>
            <w:r>
              <w:t xml:space="preserve"> della </w:t>
            </w:r>
            <w:proofErr w:type="spellStart"/>
            <w:proofErr w:type="gramStart"/>
            <w:r>
              <w:t>spesa</w:t>
            </w:r>
            <w:proofErr w:type="spellEnd"/>
            <w:r>
              <w:t>(</w:t>
            </w:r>
            <w:proofErr w:type="gramEnd"/>
            <w:r>
              <w:t>€)</w:t>
            </w:r>
          </w:p>
        </w:tc>
        <w:tc>
          <w:tcPr>
            <w:tcW w:w="579" w:type="pct"/>
          </w:tcPr>
          <w:p w14:paraId="6A7BA363" w14:textId="735D643B" w:rsidR="00B6694E" w:rsidRDefault="00B6694E">
            <w:r>
              <w:t xml:space="preserve">Data in cui la </w:t>
            </w:r>
            <w:proofErr w:type="spellStart"/>
            <w:r>
              <w:t>spesa</w:t>
            </w:r>
            <w:proofErr w:type="spellEnd"/>
            <w:r>
              <w:t xml:space="preserve"> è </w:t>
            </w:r>
            <w:proofErr w:type="spellStart"/>
            <w:r>
              <w:t>stata</w:t>
            </w:r>
            <w:proofErr w:type="spellEnd"/>
            <w:r>
              <w:t xml:space="preserve"> </w:t>
            </w:r>
            <w:proofErr w:type="spellStart"/>
            <w:r>
              <w:t>sostenuta</w:t>
            </w:r>
            <w:proofErr w:type="spellEnd"/>
          </w:p>
        </w:tc>
        <w:tc>
          <w:tcPr>
            <w:tcW w:w="648" w:type="pct"/>
          </w:tcPr>
          <w:p w14:paraId="24380560" w14:textId="313B3294" w:rsidR="00B6694E" w:rsidRDefault="00B6694E">
            <w:r>
              <w:t xml:space="preserve">Data in cui la </w:t>
            </w:r>
            <w:proofErr w:type="spellStart"/>
            <w:r>
              <w:t>spesa</w:t>
            </w:r>
            <w:proofErr w:type="spellEnd"/>
            <w:r>
              <w:t xml:space="preserve"> è </w:t>
            </w:r>
            <w:proofErr w:type="spellStart"/>
            <w:r>
              <w:t>stata</w:t>
            </w:r>
            <w:proofErr w:type="spellEnd"/>
            <w:r>
              <w:t xml:space="preserve"> </w:t>
            </w:r>
            <w:proofErr w:type="spellStart"/>
            <w:r>
              <w:t>rimborsata</w:t>
            </w:r>
            <w:proofErr w:type="spellEnd"/>
          </w:p>
        </w:tc>
      </w:tr>
      <w:tr w:rsidR="00B6694E" w14:paraId="0DCC59D7" w14:textId="77777777" w:rsidTr="00B6694E">
        <w:trPr>
          <w:trHeight w:val="393"/>
        </w:trPr>
        <w:tc>
          <w:tcPr>
            <w:tcW w:w="1073" w:type="pct"/>
          </w:tcPr>
          <w:p w14:paraId="5CFF805A" w14:textId="77777777" w:rsidR="00B6694E" w:rsidRDefault="00B6694E"/>
        </w:tc>
        <w:tc>
          <w:tcPr>
            <w:tcW w:w="1163" w:type="pct"/>
          </w:tcPr>
          <w:p w14:paraId="50EBDD6D" w14:textId="77777777" w:rsidR="00B6694E" w:rsidRDefault="00B6694E"/>
        </w:tc>
        <w:tc>
          <w:tcPr>
            <w:tcW w:w="999" w:type="pct"/>
          </w:tcPr>
          <w:p w14:paraId="039A8B8C" w14:textId="77777777" w:rsidR="00B6694E" w:rsidRDefault="00B6694E"/>
        </w:tc>
        <w:tc>
          <w:tcPr>
            <w:tcW w:w="538" w:type="pct"/>
          </w:tcPr>
          <w:p w14:paraId="5AE83161" w14:textId="77777777" w:rsidR="00B6694E" w:rsidRDefault="00B6694E"/>
        </w:tc>
        <w:tc>
          <w:tcPr>
            <w:tcW w:w="579" w:type="pct"/>
          </w:tcPr>
          <w:p w14:paraId="18BB46EF" w14:textId="77777777" w:rsidR="00B6694E" w:rsidRDefault="00B6694E"/>
        </w:tc>
        <w:tc>
          <w:tcPr>
            <w:tcW w:w="648" w:type="pct"/>
          </w:tcPr>
          <w:p w14:paraId="639CF97E" w14:textId="77777777" w:rsidR="00B6694E" w:rsidRDefault="00B6694E"/>
        </w:tc>
      </w:tr>
      <w:tr w:rsidR="00B6694E" w14:paraId="166166EB" w14:textId="77777777" w:rsidTr="00B6694E">
        <w:trPr>
          <w:trHeight w:val="393"/>
        </w:trPr>
        <w:tc>
          <w:tcPr>
            <w:tcW w:w="1073" w:type="pct"/>
          </w:tcPr>
          <w:p w14:paraId="739F3291" w14:textId="77777777" w:rsidR="00B6694E" w:rsidRDefault="00B6694E"/>
        </w:tc>
        <w:tc>
          <w:tcPr>
            <w:tcW w:w="1163" w:type="pct"/>
          </w:tcPr>
          <w:p w14:paraId="3D63DDFC" w14:textId="77777777" w:rsidR="00B6694E" w:rsidRDefault="00B6694E"/>
        </w:tc>
        <w:tc>
          <w:tcPr>
            <w:tcW w:w="999" w:type="pct"/>
          </w:tcPr>
          <w:p w14:paraId="3B47E962" w14:textId="77777777" w:rsidR="00B6694E" w:rsidRDefault="00B6694E"/>
        </w:tc>
        <w:tc>
          <w:tcPr>
            <w:tcW w:w="538" w:type="pct"/>
          </w:tcPr>
          <w:p w14:paraId="50D13077" w14:textId="77777777" w:rsidR="00B6694E" w:rsidRDefault="00B6694E"/>
        </w:tc>
        <w:tc>
          <w:tcPr>
            <w:tcW w:w="579" w:type="pct"/>
          </w:tcPr>
          <w:p w14:paraId="043D133C" w14:textId="77777777" w:rsidR="00B6694E" w:rsidRDefault="00B6694E"/>
        </w:tc>
        <w:tc>
          <w:tcPr>
            <w:tcW w:w="648" w:type="pct"/>
          </w:tcPr>
          <w:p w14:paraId="36179BA5" w14:textId="77777777" w:rsidR="00B6694E" w:rsidRDefault="00B6694E"/>
        </w:tc>
      </w:tr>
      <w:tr w:rsidR="00B6694E" w14:paraId="4971D6D3" w14:textId="77777777" w:rsidTr="00B6694E">
        <w:trPr>
          <w:trHeight w:val="393"/>
        </w:trPr>
        <w:tc>
          <w:tcPr>
            <w:tcW w:w="1073" w:type="pct"/>
          </w:tcPr>
          <w:p w14:paraId="31B5FE18" w14:textId="77777777" w:rsidR="00B6694E" w:rsidRDefault="00B6694E"/>
        </w:tc>
        <w:tc>
          <w:tcPr>
            <w:tcW w:w="1163" w:type="pct"/>
          </w:tcPr>
          <w:p w14:paraId="2DE1A574" w14:textId="77777777" w:rsidR="00B6694E" w:rsidRDefault="00B6694E"/>
        </w:tc>
        <w:tc>
          <w:tcPr>
            <w:tcW w:w="999" w:type="pct"/>
          </w:tcPr>
          <w:p w14:paraId="44951899" w14:textId="77777777" w:rsidR="00B6694E" w:rsidRDefault="00B6694E"/>
        </w:tc>
        <w:tc>
          <w:tcPr>
            <w:tcW w:w="538" w:type="pct"/>
          </w:tcPr>
          <w:p w14:paraId="26DD8E09" w14:textId="77777777" w:rsidR="00B6694E" w:rsidRDefault="00B6694E"/>
        </w:tc>
        <w:tc>
          <w:tcPr>
            <w:tcW w:w="579" w:type="pct"/>
          </w:tcPr>
          <w:p w14:paraId="1C9EAAB1" w14:textId="77777777" w:rsidR="00B6694E" w:rsidRDefault="00B6694E"/>
        </w:tc>
        <w:tc>
          <w:tcPr>
            <w:tcW w:w="648" w:type="pct"/>
          </w:tcPr>
          <w:p w14:paraId="0E06FD5A" w14:textId="77777777" w:rsidR="00B6694E" w:rsidRDefault="00B6694E"/>
        </w:tc>
      </w:tr>
      <w:tr w:rsidR="00B6694E" w14:paraId="3B7D98F5" w14:textId="77777777" w:rsidTr="00B6694E">
        <w:trPr>
          <w:trHeight w:val="369"/>
        </w:trPr>
        <w:tc>
          <w:tcPr>
            <w:tcW w:w="1073" w:type="pct"/>
          </w:tcPr>
          <w:p w14:paraId="2F4B32BF" w14:textId="77777777" w:rsidR="00B6694E" w:rsidRDefault="00B6694E"/>
        </w:tc>
        <w:tc>
          <w:tcPr>
            <w:tcW w:w="1163" w:type="pct"/>
          </w:tcPr>
          <w:p w14:paraId="72E697E9" w14:textId="77777777" w:rsidR="00B6694E" w:rsidRDefault="00B6694E"/>
        </w:tc>
        <w:tc>
          <w:tcPr>
            <w:tcW w:w="999" w:type="pct"/>
          </w:tcPr>
          <w:p w14:paraId="135EAD46" w14:textId="77777777" w:rsidR="00B6694E" w:rsidRDefault="00B6694E"/>
        </w:tc>
        <w:tc>
          <w:tcPr>
            <w:tcW w:w="538" w:type="pct"/>
          </w:tcPr>
          <w:p w14:paraId="322A1200" w14:textId="77777777" w:rsidR="00B6694E" w:rsidRDefault="00B6694E"/>
        </w:tc>
        <w:tc>
          <w:tcPr>
            <w:tcW w:w="579" w:type="pct"/>
          </w:tcPr>
          <w:p w14:paraId="13014CFD" w14:textId="77777777" w:rsidR="00B6694E" w:rsidRDefault="00B6694E"/>
        </w:tc>
        <w:tc>
          <w:tcPr>
            <w:tcW w:w="648" w:type="pct"/>
          </w:tcPr>
          <w:p w14:paraId="33F34839" w14:textId="77777777" w:rsidR="00B6694E" w:rsidRDefault="00B6694E"/>
        </w:tc>
      </w:tr>
      <w:tr w:rsidR="00B6694E" w14:paraId="32B78C63" w14:textId="77777777" w:rsidTr="00B6694E">
        <w:trPr>
          <w:trHeight w:val="369"/>
        </w:trPr>
        <w:tc>
          <w:tcPr>
            <w:tcW w:w="1073" w:type="pct"/>
          </w:tcPr>
          <w:p w14:paraId="4A828C94" w14:textId="77777777" w:rsidR="00B6694E" w:rsidRDefault="00B6694E"/>
        </w:tc>
        <w:tc>
          <w:tcPr>
            <w:tcW w:w="1163" w:type="pct"/>
          </w:tcPr>
          <w:p w14:paraId="0D57E136" w14:textId="77777777" w:rsidR="00B6694E" w:rsidRDefault="00B6694E"/>
        </w:tc>
        <w:tc>
          <w:tcPr>
            <w:tcW w:w="999" w:type="pct"/>
          </w:tcPr>
          <w:p w14:paraId="7F67871E" w14:textId="77777777" w:rsidR="00B6694E" w:rsidRDefault="00B6694E"/>
        </w:tc>
        <w:tc>
          <w:tcPr>
            <w:tcW w:w="538" w:type="pct"/>
          </w:tcPr>
          <w:p w14:paraId="41B77412" w14:textId="77777777" w:rsidR="00B6694E" w:rsidRDefault="00B6694E"/>
        </w:tc>
        <w:tc>
          <w:tcPr>
            <w:tcW w:w="579" w:type="pct"/>
          </w:tcPr>
          <w:p w14:paraId="35ECBF37" w14:textId="77777777" w:rsidR="00B6694E" w:rsidRDefault="00B6694E"/>
        </w:tc>
        <w:tc>
          <w:tcPr>
            <w:tcW w:w="648" w:type="pct"/>
          </w:tcPr>
          <w:p w14:paraId="5670714D" w14:textId="77777777" w:rsidR="00B6694E" w:rsidRDefault="00B6694E"/>
        </w:tc>
      </w:tr>
      <w:tr w:rsidR="00B6694E" w14:paraId="466AE60E" w14:textId="77777777" w:rsidTr="00B6694E">
        <w:trPr>
          <w:trHeight w:val="369"/>
        </w:trPr>
        <w:tc>
          <w:tcPr>
            <w:tcW w:w="1073" w:type="pct"/>
          </w:tcPr>
          <w:p w14:paraId="3D55322C" w14:textId="77777777" w:rsidR="00B6694E" w:rsidRDefault="00B6694E"/>
        </w:tc>
        <w:tc>
          <w:tcPr>
            <w:tcW w:w="1163" w:type="pct"/>
          </w:tcPr>
          <w:p w14:paraId="08728CD7" w14:textId="77777777" w:rsidR="00B6694E" w:rsidRDefault="00B6694E"/>
        </w:tc>
        <w:tc>
          <w:tcPr>
            <w:tcW w:w="999" w:type="pct"/>
          </w:tcPr>
          <w:p w14:paraId="2D91D931" w14:textId="77777777" w:rsidR="00B6694E" w:rsidRDefault="00B6694E"/>
        </w:tc>
        <w:tc>
          <w:tcPr>
            <w:tcW w:w="538" w:type="pct"/>
          </w:tcPr>
          <w:p w14:paraId="4F45F269" w14:textId="77777777" w:rsidR="00B6694E" w:rsidRDefault="00B6694E"/>
        </w:tc>
        <w:tc>
          <w:tcPr>
            <w:tcW w:w="579" w:type="pct"/>
          </w:tcPr>
          <w:p w14:paraId="4971762B" w14:textId="77777777" w:rsidR="00B6694E" w:rsidRDefault="00B6694E"/>
        </w:tc>
        <w:tc>
          <w:tcPr>
            <w:tcW w:w="648" w:type="pct"/>
          </w:tcPr>
          <w:p w14:paraId="20CF292A" w14:textId="77777777" w:rsidR="00B6694E" w:rsidRDefault="00B6694E"/>
        </w:tc>
      </w:tr>
    </w:tbl>
    <w:p w14:paraId="5C61BAAE" w14:textId="77777777" w:rsidR="00B71D9E" w:rsidRDefault="00000000">
      <w:r>
        <w:br/>
        <w:t>In fede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B71D9E" w14:paraId="43AFB17F" w14:textId="77777777">
        <w:tc>
          <w:tcPr>
            <w:tcW w:w="4320" w:type="dxa"/>
          </w:tcPr>
          <w:p w14:paraId="2C439096" w14:textId="77777777" w:rsidR="00B71D9E" w:rsidRDefault="00000000">
            <w:r>
              <w:t>Firma del Legale Rappresentante</w:t>
            </w:r>
          </w:p>
        </w:tc>
        <w:tc>
          <w:tcPr>
            <w:tcW w:w="4320" w:type="dxa"/>
          </w:tcPr>
          <w:p w14:paraId="370E8922" w14:textId="77777777" w:rsidR="00B71D9E" w:rsidRDefault="00000000">
            <w:r>
              <w:t>Firma della persona rimborsata</w:t>
            </w:r>
          </w:p>
        </w:tc>
      </w:tr>
      <w:tr w:rsidR="00B71D9E" w14:paraId="3E754826" w14:textId="77777777">
        <w:tc>
          <w:tcPr>
            <w:tcW w:w="4320" w:type="dxa"/>
          </w:tcPr>
          <w:p w14:paraId="46392E4D" w14:textId="77777777" w:rsidR="00B71D9E" w:rsidRDefault="00000000">
            <w:r>
              <w:br/>
              <w:t>______________________________</w:t>
            </w:r>
          </w:p>
        </w:tc>
        <w:tc>
          <w:tcPr>
            <w:tcW w:w="4320" w:type="dxa"/>
          </w:tcPr>
          <w:p w14:paraId="1AB21FA9" w14:textId="77777777" w:rsidR="00B71D9E" w:rsidRDefault="00000000">
            <w:r>
              <w:br/>
              <w:t>______________________________</w:t>
            </w:r>
          </w:p>
        </w:tc>
      </w:tr>
    </w:tbl>
    <w:p w14:paraId="345DA4A9" w14:textId="77777777" w:rsidR="00C57B90" w:rsidRDefault="00C57B90"/>
    <w:sectPr w:rsidR="00C57B90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53058521">
    <w:abstractNumId w:val="8"/>
  </w:num>
  <w:num w:numId="2" w16cid:durableId="1879275308">
    <w:abstractNumId w:val="6"/>
  </w:num>
  <w:num w:numId="3" w16cid:durableId="1485271591">
    <w:abstractNumId w:val="5"/>
  </w:num>
  <w:num w:numId="4" w16cid:durableId="1017922998">
    <w:abstractNumId w:val="4"/>
  </w:num>
  <w:num w:numId="5" w16cid:durableId="77561556">
    <w:abstractNumId w:val="7"/>
  </w:num>
  <w:num w:numId="6" w16cid:durableId="989020837">
    <w:abstractNumId w:val="3"/>
  </w:num>
  <w:num w:numId="7" w16cid:durableId="2086493847">
    <w:abstractNumId w:val="2"/>
  </w:num>
  <w:num w:numId="8" w16cid:durableId="412507268">
    <w:abstractNumId w:val="1"/>
  </w:num>
  <w:num w:numId="9" w16cid:durableId="10849122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AE4932"/>
    <w:rsid w:val="00B47730"/>
    <w:rsid w:val="00B6694E"/>
    <w:rsid w:val="00B71D9E"/>
    <w:rsid w:val="00C57B9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93199C"/>
  <w14:defaultImageDpi w14:val="300"/>
  <w15:docId w15:val="{EBFCF6E6-BFEB-4B7A-9B22-F44F23951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130</Words>
  <Characters>969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1075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Tarani Gaia</cp:lastModifiedBy>
  <cp:revision>2</cp:revision>
  <dcterms:created xsi:type="dcterms:W3CDTF">2013-12-23T23:15:00Z</dcterms:created>
  <dcterms:modified xsi:type="dcterms:W3CDTF">2026-04-15T15:37:00Z</dcterms:modified>
  <cp:category/>
</cp:coreProperties>
</file>